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Zápis ze zasedání školské rady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konání: 23. 6. 2025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Místo konání:  ZŠ Křepice, učebna 4. třídy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Přítomni: Martina Kovaříková, Ing. Pavel Rouzek, Přemysl Papež, Bc. Jana Kovaříková, Šárka Brenkusová, Mgr. Jitka Rampáčková, Dana Zimmermannová, Mgr. Lenka Horáková,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Omluveni: Michal Dian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Host: Mgr. Soňa Procházková (ŘŠ)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Program: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Zahájení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Rozbor hospodaření školy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Plánované změny ve školství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Prázdninové úpravy v areálu školy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Diskuze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Zahájení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/>
        <w:t>Předsedkyně školské rady přivítala všechny přítomné členy I paní ředitelku a zahájila zasedání. Seznámila s programem. Nikdo z členů nepodal návrh na zařazení nového bodu jednání.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Projednání dokumentu Rozbor hospodaření školy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Ředitelka školy seznámila členy školské rady s dokumentem Rozbor hospodaření školy za uplynulé období. Předložila přehled příjmů a výdajů včetně využití finančních prostředků z dotací.</w:t>
        <w:br/>
        <w:t>Závěr: Školská rada dokument vzala na vědomí bez připomínek.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Plánované změny ve školství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Ředitelka školy informovala o plánovaných změnách v oblasti školství, které mohou mít dopad i na chod školy – zejména změny v rámcových vzdělávacích programech, připravované úpravy v systému financování a možné změny v organizaci výuky.</w:t>
        <w:br/>
        <w:t>Závěr: Informace byly vzaty na vědomí. Školská rada doporučuje sledovat vývoj a reagovat na změny operativně.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Prázdninové úpravy v areálu školy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Byly představeny plánované práce v areálu školy na dobu letních prázdnin – např. výměna vchodových  dveří  včetně zabezpečovacího zařízení a nového nouzového východu z šatny školy, výměna osvětlení za LED světla v učebně v přízemí, drobné zednické a malířské opravy, údržba školní zahrady, případné dovybavení šatny.</w:t>
        <w:br/>
        <w:t>Závěr: Školská rada vyjádřila souhlas a podporu plánovaným úpravám.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Diskuze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Odnášení jídla domů: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Byl vznesen dotaz, zda by si děti mohly odnést nedojezené jídlo (např. buchty) ve vlastním boxíku domů. Bylo dohodnuto ověřit možnosti z hygienického hlediska a dle provozního řádu školní jídelny.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Dohánění učiva během lyžařského výcviku: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Navrženo zvážit jiný způsob organizace výuky nebo individuálního doučování pro žáky, kteří se účastní výcviku a přicházejí tak o část učiva.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Parkování kol žáků: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Řešena možnost bezpečnějšího a organizovanějšího parkování kol v areálu školy – např. přidání stojanů nebo uzamykatelného prostoru.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Převoz obědů: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Vznesena připomínka k organizaci převozu obědů, konkrétně otázka zajištění vhodného vozidla. Navrženo konzultovat se zřizovatelem.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Brána u školy: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Diskutována bezpečnost a režim otevírání/zavírání brány v době příchodů a odchodů dětí. Zvážit automatizaci nebo změnu režimu pro zvýšení bezpečnosti.</w:t>
      </w:r>
    </w:p>
    <w:p>
      <w:pPr>
        <w:pStyle w:val="ListBullet"/>
        <w:numPr>
          <w:ilvl w:val="0"/>
          <w:numId w:val="0"/>
        </w:numPr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Pítko na školním dvoře: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Navržena instalace pítka (nebo doplnění dalších zdrojů pitné vody) na školním dvoře.  Zástupci zřizovatele přislíbili prověřit technické možnosti a případné náklady.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Závěr: Podněty budou dále prověřeny vedením školy, některé zařazeny do plánů na další období nebo konzultovány se zřizovatelem školy.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Zápis vyhotovila: Mgr. Lenka Horáková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Zápis ověřila: Martina Kovaříková</w:t>
      </w:r>
    </w:p>
    <w:p>
      <w:pPr>
        <w:pStyle w:val="Normal"/>
        <w:spacing w:before="0" w:after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vyhotovení: 23. 6. 2025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8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dpis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dpis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e618bf"/>
    <w:rPr/>
  </w:style>
  <w:style w:type="character" w:styleId="ZpatChar" w:customStyle="1">
    <w:name w:val="Zápatí Char"/>
    <w:basedOn w:val="DefaultParagraphFont"/>
    <w:uiPriority w:val="99"/>
    <w:qFormat/>
    <w:rsid w:val="00e618bf"/>
    <w:rPr/>
  </w:style>
  <w:style w:type="character" w:styleId="Nadpis1Char" w:customStyle="1">
    <w:name w:val="Nadpis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dpis2Char" w:customStyle="1">
    <w:name w:val="Nadpis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dpis3Char" w:customStyle="1">
    <w:name w:val="Nadpis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NzevChar" w:customStyle="1">
    <w:name w:val="Název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nadpisChar" w:customStyle="1">
    <w:name w:val="Podnadpis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ZkladntextChar" w:customStyle="1">
    <w:name w:val="Základní text Char"/>
    <w:basedOn w:val="DefaultParagraphFont"/>
    <w:uiPriority w:val="99"/>
    <w:qFormat/>
    <w:rsid w:val="00aa1d8d"/>
    <w:rPr/>
  </w:style>
  <w:style w:type="character" w:styleId="Zkladntext2Char" w:customStyle="1">
    <w:name w:val="Základní text 2 Char"/>
    <w:basedOn w:val="DefaultParagraphFont"/>
    <w:link w:val="BodyText2"/>
    <w:uiPriority w:val="99"/>
    <w:qFormat/>
    <w:rsid w:val="00aa1d8d"/>
    <w:rPr/>
  </w:style>
  <w:style w:type="character" w:styleId="Zkladntext3Char" w:customStyle="1">
    <w:name w:val="Základní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xtmakraChar" w:customStyle="1">
    <w:name w:val="Text makra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ittChar" w:customStyle="1">
    <w:name w:val="Citát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dpis4Char" w:customStyle="1">
    <w:name w:val="Nadpis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dpis5Char" w:customStyle="1">
    <w:name w:val="Nadpis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Nadpis6Char" w:customStyle="1">
    <w:name w:val="Nadpis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dpis7Char" w:customStyle="1">
    <w:name w:val="Nadpis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dpis8Char" w:customStyle="1">
    <w:name w:val="Nadpis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dpis9Char" w:customStyle="1">
    <w:name w:val="Nadpis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VrazncittChar" w:customStyle="1">
    <w:name w:val="Výrazný citát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Zkladn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Zhlavazpat">
    <w:name w:val="Záhlaví a zápatí"/>
    <w:basedOn w:val="Normal"/>
    <w:qFormat/>
    <w:pPr/>
    <w:rPr/>
  </w:style>
  <w:style w:type="paragraph" w:styleId="Zhlavazpatuser">
    <w:name w:val="Záhlaví a zápatí (user)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Nzev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nadpis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Zkladn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Zkladn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xtmakra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t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LibreOffice/25.2.5.2$Windows_X86_64 LibreOffice_project/03d19516eb2e1dd5d4ccd751a0d6f35f35e08022</Application>
  <AppVersion>15.0000</AppVersion>
  <Pages>2</Pages>
  <Words>433</Words>
  <Characters>2609</Characters>
  <CharactersWithSpaces>3014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cs-CZ</dc:language>
  <cp:lastModifiedBy/>
  <cp:lastPrinted>2025-06-30T15:51:44Z</cp:lastPrinted>
  <dcterms:modified xsi:type="dcterms:W3CDTF">2025-08-27T21:40:20Z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